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C50" w:rsidRPr="00CB0C7E" w:rsidRDefault="00CB0C7E">
      <w:pPr>
        <w:keepLines/>
        <w:spacing w:after="0"/>
        <w:rPr>
          <w:sz w:val="24"/>
          <w:szCs w:val="24"/>
        </w:rPr>
      </w:pPr>
      <w:r w:rsidRPr="00CB0C7E">
        <w:rPr>
          <w:b/>
          <w:sz w:val="24"/>
          <w:szCs w:val="24"/>
        </w:rPr>
        <w:t>REPUBLIKA HRVATSKA</w:t>
      </w:r>
      <w:r w:rsidRPr="00CB0C7E">
        <w:rPr>
          <w:b/>
          <w:sz w:val="24"/>
          <w:szCs w:val="24"/>
        </w:rPr>
        <w:br/>
        <w:t>OSNOVNA ŠKOLA VOŠTARNICA-ZADAR</w:t>
      </w:r>
      <w:r w:rsidRPr="00CB0C7E">
        <w:rPr>
          <w:sz w:val="24"/>
          <w:szCs w:val="24"/>
        </w:rPr>
        <w:br/>
        <w:t>Zadar, Asje Petričić 5E</w:t>
      </w:r>
    </w:p>
    <w:p w:rsidR="00565C50" w:rsidRPr="00CB0C7E" w:rsidRDefault="00235412">
      <w:pPr>
        <w:keepLines/>
        <w:spacing w:before="140" w:after="0"/>
        <w:rPr>
          <w:sz w:val="24"/>
          <w:szCs w:val="24"/>
        </w:rPr>
      </w:pPr>
      <w:r>
        <w:rPr>
          <w:sz w:val="24"/>
          <w:szCs w:val="24"/>
        </w:rPr>
        <w:t>KLASA: 007-04/26-02/</w:t>
      </w:r>
      <w:r w:rsidR="00462F05">
        <w:rPr>
          <w:sz w:val="24"/>
          <w:szCs w:val="24"/>
        </w:rPr>
        <w:t>17</w:t>
      </w:r>
      <w:r w:rsidR="00CB0C7E" w:rsidRPr="00CB0C7E">
        <w:rPr>
          <w:sz w:val="24"/>
          <w:szCs w:val="24"/>
        </w:rPr>
        <w:br/>
        <w:t>URBR</w:t>
      </w:r>
      <w:r w:rsidR="00462F05">
        <w:rPr>
          <w:sz w:val="24"/>
          <w:szCs w:val="24"/>
        </w:rPr>
        <w:t>OJ: 2198-1-8-01/01-26-1</w:t>
      </w:r>
      <w:r w:rsidR="00462F05">
        <w:rPr>
          <w:sz w:val="24"/>
          <w:szCs w:val="24"/>
        </w:rPr>
        <w:br/>
        <w:t xml:space="preserve">Zadar, </w:t>
      </w:r>
      <w:r w:rsidR="00CB0C7E" w:rsidRPr="00CB0C7E">
        <w:rPr>
          <w:sz w:val="24"/>
          <w:szCs w:val="24"/>
        </w:rPr>
        <w:t xml:space="preserve">1. listopada 2026. </w:t>
      </w:r>
      <w:proofErr w:type="gramStart"/>
      <w:r w:rsidR="00CB0C7E" w:rsidRPr="00CB0C7E">
        <w:rPr>
          <w:sz w:val="24"/>
          <w:szCs w:val="24"/>
        </w:rPr>
        <w:t>godine</w:t>
      </w:r>
      <w:proofErr w:type="gramEnd"/>
    </w:p>
    <w:p w:rsidR="00565C50" w:rsidRPr="00CB0C7E" w:rsidRDefault="00CB0C7E">
      <w:pPr>
        <w:keepLines/>
        <w:spacing w:before="80" w:after="40"/>
        <w:jc w:val="right"/>
        <w:rPr>
          <w:sz w:val="24"/>
          <w:szCs w:val="24"/>
        </w:rPr>
      </w:pPr>
      <w:r w:rsidRPr="00CB0C7E">
        <w:rPr>
          <w:b/>
          <w:sz w:val="24"/>
          <w:szCs w:val="24"/>
        </w:rPr>
        <w:t>Članovima Školskog odbora</w:t>
      </w:r>
      <w:r w:rsidRPr="00CB0C7E">
        <w:rPr>
          <w:b/>
          <w:sz w:val="24"/>
          <w:szCs w:val="24"/>
        </w:rPr>
        <w:br/>
        <w:t>-svima-</w:t>
      </w:r>
    </w:p>
    <w:p w:rsidR="00565C50" w:rsidRPr="00CB0C7E" w:rsidRDefault="005F36EE">
      <w:pPr>
        <w:keepLines/>
        <w:spacing w:before="100" w:after="160"/>
        <w:jc w:val="center"/>
        <w:rPr>
          <w:sz w:val="24"/>
          <w:szCs w:val="24"/>
        </w:rPr>
      </w:pPr>
      <w:r>
        <w:rPr>
          <w:b/>
          <w:sz w:val="24"/>
          <w:szCs w:val="24"/>
        </w:rPr>
        <w:t>POZIV</w:t>
      </w:r>
      <w:r>
        <w:rPr>
          <w:b/>
          <w:sz w:val="24"/>
          <w:szCs w:val="24"/>
        </w:rPr>
        <w:br/>
        <w:t>ZA 34</w:t>
      </w:r>
      <w:r w:rsidR="00390791">
        <w:rPr>
          <w:b/>
          <w:sz w:val="24"/>
          <w:szCs w:val="24"/>
        </w:rPr>
        <w:t>. SJEDNICU</w:t>
      </w:r>
      <w:r w:rsidR="00CB0C7E" w:rsidRPr="00CB0C7E">
        <w:rPr>
          <w:b/>
          <w:sz w:val="24"/>
          <w:szCs w:val="24"/>
        </w:rPr>
        <w:br/>
        <w:t>ŠKOLSKOG ODBORA</w:t>
      </w:r>
    </w:p>
    <w:p w:rsidR="00390791" w:rsidRDefault="00390791">
      <w:pPr>
        <w:keepLines/>
        <w:spacing w:after="120"/>
        <w:rPr>
          <w:sz w:val="24"/>
          <w:szCs w:val="24"/>
        </w:rPr>
      </w:pPr>
    </w:p>
    <w:p w:rsidR="00565C50" w:rsidRPr="00CB0C7E" w:rsidRDefault="00CB0C7E">
      <w:pPr>
        <w:keepLines/>
        <w:spacing w:after="120"/>
        <w:rPr>
          <w:sz w:val="24"/>
          <w:szCs w:val="24"/>
        </w:rPr>
      </w:pPr>
      <w:r w:rsidRPr="00CB0C7E">
        <w:rPr>
          <w:sz w:val="24"/>
          <w:szCs w:val="24"/>
        </w:rPr>
        <w:t>Poštovani,</w:t>
      </w:r>
    </w:p>
    <w:p w:rsidR="00565C50" w:rsidRPr="00CB0C7E" w:rsidRDefault="00CB0C7E" w:rsidP="003F7813">
      <w:pPr>
        <w:keepLines/>
        <w:spacing w:after="160" w:line="240" w:lineRule="auto"/>
        <w:rPr>
          <w:sz w:val="24"/>
          <w:szCs w:val="24"/>
        </w:rPr>
      </w:pPr>
      <w:proofErr w:type="gramStart"/>
      <w:r w:rsidRPr="00CB0C7E">
        <w:rPr>
          <w:sz w:val="24"/>
          <w:szCs w:val="24"/>
        </w:rPr>
        <w:t>na</w:t>
      </w:r>
      <w:proofErr w:type="gramEnd"/>
      <w:r w:rsidRPr="00CB0C7E">
        <w:rPr>
          <w:sz w:val="24"/>
          <w:szCs w:val="24"/>
        </w:rPr>
        <w:t xml:space="preserve"> </w:t>
      </w:r>
      <w:proofErr w:type="spellStart"/>
      <w:r w:rsidRPr="00CB0C7E">
        <w:rPr>
          <w:sz w:val="24"/>
          <w:szCs w:val="24"/>
        </w:rPr>
        <w:t>temelju</w:t>
      </w:r>
      <w:proofErr w:type="spellEnd"/>
      <w:r w:rsidRPr="00CB0C7E">
        <w:rPr>
          <w:sz w:val="24"/>
          <w:szCs w:val="24"/>
        </w:rPr>
        <w:t xml:space="preserve"> </w:t>
      </w:r>
      <w:proofErr w:type="spellStart"/>
      <w:r w:rsidRPr="00CB0C7E">
        <w:rPr>
          <w:sz w:val="24"/>
          <w:szCs w:val="24"/>
        </w:rPr>
        <w:t>članka</w:t>
      </w:r>
      <w:proofErr w:type="spellEnd"/>
      <w:r w:rsidRPr="00CB0C7E">
        <w:rPr>
          <w:sz w:val="24"/>
          <w:szCs w:val="24"/>
        </w:rPr>
        <w:t xml:space="preserve"> </w:t>
      </w:r>
      <w:r w:rsidRPr="00C634CC">
        <w:rPr>
          <w:sz w:val="24"/>
          <w:szCs w:val="24"/>
        </w:rPr>
        <w:t>45.</w:t>
      </w:r>
      <w:r w:rsidRPr="00CB0C7E">
        <w:rPr>
          <w:sz w:val="24"/>
          <w:szCs w:val="24"/>
        </w:rPr>
        <w:t xml:space="preserve"> </w:t>
      </w:r>
      <w:proofErr w:type="spellStart"/>
      <w:proofErr w:type="gramStart"/>
      <w:r w:rsidRPr="00CB0C7E">
        <w:rPr>
          <w:sz w:val="24"/>
          <w:szCs w:val="24"/>
        </w:rPr>
        <w:t>Statuta</w:t>
      </w:r>
      <w:proofErr w:type="spellEnd"/>
      <w:r w:rsidRPr="00CB0C7E">
        <w:rPr>
          <w:sz w:val="24"/>
          <w:szCs w:val="24"/>
        </w:rPr>
        <w:t xml:space="preserve"> </w:t>
      </w:r>
      <w:proofErr w:type="spellStart"/>
      <w:r w:rsidRPr="00CB0C7E">
        <w:rPr>
          <w:sz w:val="24"/>
          <w:szCs w:val="24"/>
        </w:rPr>
        <w:t>Osnovne</w:t>
      </w:r>
      <w:proofErr w:type="spellEnd"/>
      <w:r w:rsidRPr="00CB0C7E">
        <w:rPr>
          <w:sz w:val="24"/>
          <w:szCs w:val="24"/>
        </w:rPr>
        <w:t xml:space="preserve"> </w:t>
      </w:r>
      <w:proofErr w:type="spellStart"/>
      <w:r w:rsidRPr="00CB0C7E">
        <w:rPr>
          <w:sz w:val="24"/>
          <w:szCs w:val="24"/>
        </w:rPr>
        <w:t>šk</w:t>
      </w:r>
      <w:r w:rsidR="005F36EE">
        <w:rPr>
          <w:sz w:val="24"/>
          <w:szCs w:val="24"/>
        </w:rPr>
        <w:t>ole</w:t>
      </w:r>
      <w:proofErr w:type="spellEnd"/>
      <w:r w:rsidR="005F36EE">
        <w:rPr>
          <w:sz w:val="24"/>
          <w:szCs w:val="24"/>
        </w:rPr>
        <w:t xml:space="preserve"> Voštarnica-Zadar, </w:t>
      </w:r>
      <w:proofErr w:type="spellStart"/>
      <w:r w:rsidR="005F36EE">
        <w:rPr>
          <w:sz w:val="24"/>
          <w:szCs w:val="24"/>
        </w:rPr>
        <w:t>sazivam</w:t>
      </w:r>
      <w:proofErr w:type="spellEnd"/>
      <w:r w:rsidR="005F36EE">
        <w:rPr>
          <w:sz w:val="24"/>
          <w:szCs w:val="24"/>
        </w:rPr>
        <w:t xml:space="preserve"> 34</w:t>
      </w:r>
      <w:r w:rsidRPr="00CB0C7E">
        <w:rPr>
          <w:sz w:val="24"/>
          <w:szCs w:val="24"/>
        </w:rPr>
        <w:t>.</w:t>
      </w:r>
      <w:proofErr w:type="gramEnd"/>
      <w:r w:rsidRPr="00CB0C7E">
        <w:rPr>
          <w:sz w:val="24"/>
          <w:szCs w:val="24"/>
        </w:rPr>
        <w:t xml:space="preserve"> </w:t>
      </w:r>
      <w:proofErr w:type="gramStart"/>
      <w:r w:rsidRPr="00CB0C7E">
        <w:rPr>
          <w:sz w:val="24"/>
          <w:szCs w:val="24"/>
        </w:rPr>
        <w:t>sjednicu</w:t>
      </w:r>
      <w:proofErr w:type="gramEnd"/>
      <w:r w:rsidRPr="00CB0C7E">
        <w:rPr>
          <w:sz w:val="24"/>
          <w:szCs w:val="24"/>
        </w:rPr>
        <w:t xml:space="preserve"> Školskog odbora </w:t>
      </w:r>
      <w:r w:rsidRPr="00CB0C7E">
        <w:rPr>
          <w:b/>
          <w:sz w:val="24"/>
          <w:szCs w:val="24"/>
        </w:rPr>
        <w:t xml:space="preserve">koja će se održati u srijedu, 07. </w:t>
      </w:r>
      <w:proofErr w:type="gramStart"/>
      <w:r w:rsidRPr="00CB0C7E">
        <w:rPr>
          <w:b/>
          <w:sz w:val="24"/>
          <w:szCs w:val="24"/>
        </w:rPr>
        <w:t>listopada</w:t>
      </w:r>
      <w:proofErr w:type="gramEnd"/>
      <w:r w:rsidRPr="00CB0C7E">
        <w:rPr>
          <w:b/>
          <w:sz w:val="24"/>
          <w:szCs w:val="24"/>
        </w:rPr>
        <w:t xml:space="preserve"> 2026. </w:t>
      </w:r>
      <w:proofErr w:type="gramStart"/>
      <w:r w:rsidRPr="00CB0C7E">
        <w:rPr>
          <w:b/>
          <w:sz w:val="24"/>
          <w:szCs w:val="24"/>
        </w:rPr>
        <w:t>godine</w:t>
      </w:r>
      <w:proofErr w:type="gramEnd"/>
      <w:r w:rsidRPr="00CB0C7E">
        <w:rPr>
          <w:b/>
          <w:sz w:val="24"/>
          <w:szCs w:val="24"/>
        </w:rPr>
        <w:t>, u prostorijama škole, u 13:00 sati.</w:t>
      </w:r>
    </w:p>
    <w:p w:rsidR="00565C50" w:rsidRPr="00CB0C7E" w:rsidRDefault="00CB0C7E">
      <w:pPr>
        <w:keepLines/>
        <w:spacing w:after="100"/>
        <w:rPr>
          <w:sz w:val="24"/>
          <w:szCs w:val="24"/>
        </w:rPr>
      </w:pPr>
      <w:r w:rsidRPr="00CB0C7E">
        <w:rPr>
          <w:sz w:val="24"/>
          <w:szCs w:val="24"/>
        </w:rPr>
        <w:t>Predlažem sljedeći:</w:t>
      </w:r>
    </w:p>
    <w:p w:rsidR="00565C50" w:rsidRPr="00CB0C7E" w:rsidRDefault="00CB0C7E">
      <w:pPr>
        <w:keepLines/>
        <w:spacing w:after="80"/>
        <w:jc w:val="center"/>
        <w:rPr>
          <w:sz w:val="24"/>
          <w:szCs w:val="24"/>
        </w:rPr>
      </w:pPr>
      <w:r w:rsidRPr="00CB0C7E">
        <w:rPr>
          <w:b/>
          <w:sz w:val="24"/>
          <w:szCs w:val="24"/>
        </w:rPr>
        <w:t>DNEVNI RED</w:t>
      </w:r>
    </w:p>
    <w:p w:rsidR="00565C50" w:rsidRPr="00CB0C7E" w:rsidRDefault="005F36EE" w:rsidP="00C76CF8">
      <w:pPr>
        <w:keepLines/>
        <w:spacing w:after="30" w:line="240" w:lineRule="auto"/>
        <w:ind w:left="283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 </w:t>
      </w:r>
      <w:proofErr w:type="spellStart"/>
      <w:r>
        <w:rPr>
          <w:b/>
          <w:sz w:val="24"/>
          <w:szCs w:val="24"/>
        </w:rPr>
        <w:t>Usvajanje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dnevnog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reda</w:t>
      </w:r>
      <w:proofErr w:type="spellEnd"/>
      <w:r>
        <w:rPr>
          <w:b/>
          <w:sz w:val="24"/>
          <w:szCs w:val="24"/>
        </w:rPr>
        <w:t xml:space="preserve"> 34</w:t>
      </w:r>
      <w:r w:rsidR="00CB0C7E" w:rsidRPr="00CB0C7E">
        <w:rPr>
          <w:b/>
          <w:sz w:val="24"/>
          <w:szCs w:val="24"/>
        </w:rPr>
        <w:t xml:space="preserve">. </w:t>
      </w:r>
      <w:proofErr w:type="spellStart"/>
      <w:proofErr w:type="gramStart"/>
      <w:r w:rsidR="00CB0C7E" w:rsidRPr="00CB0C7E">
        <w:rPr>
          <w:b/>
          <w:sz w:val="24"/>
          <w:szCs w:val="24"/>
        </w:rPr>
        <w:t>sjednice</w:t>
      </w:r>
      <w:proofErr w:type="spellEnd"/>
      <w:proofErr w:type="gramEnd"/>
      <w:r w:rsidR="00CB0C7E" w:rsidRPr="00CB0C7E">
        <w:rPr>
          <w:b/>
          <w:sz w:val="24"/>
          <w:szCs w:val="24"/>
        </w:rPr>
        <w:t xml:space="preserve"> </w:t>
      </w:r>
      <w:proofErr w:type="spellStart"/>
      <w:r w:rsidR="00CB0C7E" w:rsidRPr="00CB0C7E">
        <w:rPr>
          <w:b/>
          <w:sz w:val="24"/>
          <w:szCs w:val="24"/>
        </w:rPr>
        <w:t>Ško</w:t>
      </w:r>
      <w:r w:rsidR="00042029">
        <w:rPr>
          <w:b/>
          <w:sz w:val="24"/>
          <w:szCs w:val="24"/>
        </w:rPr>
        <w:t>lskog</w:t>
      </w:r>
      <w:proofErr w:type="spellEnd"/>
      <w:r w:rsidR="00042029">
        <w:rPr>
          <w:b/>
          <w:sz w:val="24"/>
          <w:szCs w:val="24"/>
        </w:rPr>
        <w:t xml:space="preserve"> </w:t>
      </w:r>
      <w:proofErr w:type="spellStart"/>
      <w:r w:rsidR="00042029">
        <w:rPr>
          <w:b/>
          <w:sz w:val="24"/>
          <w:szCs w:val="24"/>
        </w:rPr>
        <w:t>odbora</w:t>
      </w:r>
      <w:proofErr w:type="spellEnd"/>
      <w:r w:rsidR="003C72E9">
        <w:rPr>
          <w:b/>
          <w:sz w:val="24"/>
          <w:szCs w:val="24"/>
        </w:rPr>
        <w:t>;</w:t>
      </w:r>
    </w:p>
    <w:p w:rsidR="00565C50" w:rsidRPr="00CB0C7E" w:rsidRDefault="005F36EE" w:rsidP="00C76CF8">
      <w:pPr>
        <w:keepLines/>
        <w:spacing w:after="30" w:line="240" w:lineRule="auto"/>
        <w:ind w:left="283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 </w:t>
      </w:r>
      <w:proofErr w:type="spellStart"/>
      <w:r>
        <w:rPr>
          <w:b/>
          <w:sz w:val="24"/>
          <w:szCs w:val="24"/>
        </w:rPr>
        <w:t>Verifikacija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zapisnika</w:t>
      </w:r>
      <w:proofErr w:type="spellEnd"/>
      <w:r>
        <w:rPr>
          <w:b/>
          <w:sz w:val="24"/>
          <w:szCs w:val="24"/>
        </w:rPr>
        <w:t xml:space="preserve"> </w:t>
      </w:r>
      <w:r w:rsidR="003C72E9">
        <w:rPr>
          <w:b/>
          <w:sz w:val="24"/>
          <w:szCs w:val="24"/>
        </w:rPr>
        <w:t xml:space="preserve">s 2., 4., </w:t>
      </w:r>
      <w:r w:rsidR="00C76CF8">
        <w:rPr>
          <w:b/>
          <w:sz w:val="24"/>
          <w:szCs w:val="24"/>
        </w:rPr>
        <w:t xml:space="preserve"> </w:t>
      </w:r>
      <w:r w:rsidR="003C72E9">
        <w:rPr>
          <w:b/>
          <w:sz w:val="24"/>
          <w:szCs w:val="24"/>
        </w:rPr>
        <w:t>5., 6., 7., 8., 9., 11., 12., 13., 14., 15., 16., 17., 18., 19., 20., 21., 22., 23., 24., 25.</w:t>
      </w:r>
      <w:r w:rsidR="00C76CF8">
        <w:rPr>
          <w:b/>
          <w:sz w:val="24"/>
          <w:szCs w:val="24"/>
        </w:rPr>
        <w:t xml:space="preserve">, 26., 27., 28., 29., 30., 31. </w:t>
      </w:r>
      <w:proofErr w:type="gramStart"/>
      <w:r w:rsidR="00C76CF8">
        <w:rPr>
          <w:b/>
          <w:sz w:val="24"/>
          <w:szCs w:val="24"/>
        </w:rPr>
        <w:t>i</w:t>
      </w:r>
      <w:proofErr w:type="gramEnd"/>
      <w:r w:rsidR="00C76CF8">
        <w:rPr>
          <w:b/>
          <w:sz w:val="24"/>
          <w:szCs w:val="24"/>
        </w:rPr>
        <w:t xml:space="preserve"> 32.</w:t>
      </w:r>
      <w:r w:rsidR="00C634CC">
        <w:rPr>
          <w:b/>
          <w:sz w:val="24"/>
          <w:szCs w:val="24"/>
        </w:rPr>
        <w:t xml:space="preserve"> </w:t>
      </w:r>
      <w:proofErr w:type="spellStart"/>
      <w:proofErr w:type="gramStart"/>
      <w:r w:rsidR="003C72E9">
        <w:rPr>
          <w:b/>
          <w:sz w:val="24"/>
          <w:szCs w:val="24"/>
        </w:rPr>
        <w:t>sjednice</w:t>
      </w:r>
      <w:proofErr w:type="spellEnd"/>
      <w:proofErr w:type="gramEnd"/>
      <w:r w:rsidR="003C72E9">
        <w:rPr>
          <w:b/>
          <w:sz w:val="24"/>
          <w:szCs w:val="24"/>
        </w:rPr>
        <w:t xml:space="preserve"> </w:t>
      </w:r>
      <w:proofErr w:type="spellStart"/>
      <w:r w:rsidR="003C72E9">
        <w:rPr>
          <w:b/>
          <w:sz w:val="24"/>
          <w:szCs w:val="24"/>
        </w:rPr>
        <w:t>Školskog</w:t>
      </w:r>
      <w:proofErr w:type="spellEnd"/>
      <w:r w:rsidR="003C72E9">
        <w:rPr>
          <w:b/>
          <w:sz w:val="24"/>
          <w:szCs w:val="24"/>
        </w:rPr>
        <w:t xml:space="preserve"> </w:t>
      </w:r>
      <w:proofErr w:type="spellStart"/>
      <w:r w:rsidR="003C72E9">
        <w:rPr>
          <w:b/>
          <w:sz w:val="24"/>
          <w:szCs w:val="24"/>
        </w:rPr>
        <w:t>odbora</w:t>
      </w:r>
      <w:proofErr w:type="spellEnd"/>
      <w:r w:rsidR="00042029">
        <w:rPr>
          <w:b/>
          <w:sz w:val="24"/>
          <w:szCs w:val="24"/>
        </w:rPr>
        <w:t xml:space="preserve"> </w:t>
      </w:r>
      <w:proofErr w:type="spellStart"/>
      <w:r w:rsidR="00C634CC">
        <w:rPr>
          <w:b/>
          <w:sz w:val="24"/>
          <w:szCs w:val="24"/>
        </w:rPr>
        <w:t>održani</w:t>
      </w:r>
      <w:r w:rsidR="003C72E9">
        <w:rPr>
          <w:b/>
          <w:sz w:val="24"/>
          <w:szCs w:val="24"/>
        </w:rPr>
        <w:t>h</w:t>
      </w:r>
      <w:proofErr w:type="spellEnd"/>
      <w:r w:rsidR="00C634CC">
        <w:rPr>
          <w:b/>
          <w:sz w:val="24"/>
          <w:szCs w:val="24"/>
        </w:rPr>
        <w:t xml:space="preserve"> </w:t>
      </w:r>
      <w:proofErr w:type="spellStart"/>
      <w:r w:rsidR="00C634CC">
        <w:rPr>
          <w:b/>
          <w:sz w:val="24"/>
          <w:szCs w:val="24"/>
        </w:rPr>
        <w:t>elektronskim</w:t>
      </w:r>
      <w:proofErr w:type="spellEnd"/>
      <w:r w:rsidR="00C634CC">
        <w:rPr>
          <w:b/>
          <w:sz w:val="24"/>
          <w:szCs w:val="24"/>
        </w:rPr>
        <w:t xml:space="preserve"> </w:t>
      </w:r>
      <w:proofErr w:type="spellStart"/>
      <w:r w:rsidR="00C634CC">
        <w:rPr>
          <w:b/>
          <w:sz w:val="24"/>
          <w:szCs w:val="24"/>
        </w:rPr>
        <w:t>putem</w:t>
      </w:r>
      <w:proofErr w:type="spellEnd"/>
      <w:r w:rsidR="003C72E9">
        <w:rPr>
          <w:b/>
          <w:sz w:val="24"/>
          <w:szCs w:val="24"/>
        </w:rPr>
        <w:t>;</w:t>
      </w:r>
    </w:p>
    <w:p w:rsidR="00565C50" w:rsidRPr="00CB0C7E" w:rsidRDefault="00C76CF8" w:rsidP="00C76CF8">
      <w:pPr>
        <w:keepLines/>
        <w:spacing w:after="30" w:line="240" w:lineRule="auto"/>
        <w:ind w:left="283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CB0C7E" w:rsidRPr="00931841">
        <w:rPr>
          <w:rFonts w:eastAsia="Calibri" w:cs="Times New Roman"/>
          <w:b/>
          <w:bCs/>
          <w:noProof/>
          <w:sz w:val="24"/>
          <w:szCs w:val="24"/>
          <w:lang w:val="hr-HR"/>
        </w:rPr>
        <w:t>Izvješće o realizaciji godišnjeg plana i programa rada škole i Školskog kurikuluma za šk. god. 2025./2026.</w:t>
      </w:r>
      <w:r w:rsidR="003C72E9">
        <w:rPr>
          <w:rFonts w:eastAsia="Calibri" w:cs="Times New Roman"/>
          <w:b/>
          <w:bCs/>
          <w:noProof/>
          <w:sz w:val="24"/>
          <w:szCs w:val="24"/>
          <w:lang w:val="hr-HR"/>
        </w:rPr>
        <w:t>;</w:t>
      </w:r>
    </w:p>
    <w:p w:rsidR="00565C50" w:rsidRPr="00CB0C7E" w:rsidRDefault="00CB0C7E" w:rsidP="00C76CF8">
      <w:pPr>
        <w:keepLines/>
        <w:spacing w:after="30" w:line="240" w:lineRule="auto"/>
        <w:ind w:left="283" w:hanging="283"/>
        <w:jc w:val="both"/>
        <w:rPr>
          <w:sz w:val="24"/>
          <w:szCs w:val="24"/>
        </w:rPr>
      </w:pPr>
      <w:r w:rsidRPr="00CB0C7E">
        <w:rPr>
          <w:b/>
          <w:sz w:val="24"/>
          <w:szCs w:val="24"/>
        </w:rPr>
        <w:t xml:space="preserve">4.  Prijedlog Školskog kurikuluma OŠ Voštarnica-Zadar za šk. </w:t>
      </w:r>
      <w:proofErr w:type="gramStart"/>
      <w:r w:rsidRPr="00CB0C7E">
        <w:rPr>
          <w:b/>
          <w:sz w:val="24"/>
          <w:szCs w:val="24"/>
        </w:rPr>
        <w:t>god</w:t>
      </w:r>
      <w:proofErr w:type="gramEnd"/>
      <w:r w:rsidRPr="00CB0C7E">
        <w:rPr>
          <w:b/>
          <w:sz w:val="24"/>
          <w:szCs w:val="24"/>
        </w:rPr>
        <w:t>. 202</w:t>
      </w:r>
      <w:r w:rsidR="00042029">
        <w:rPr>
          <w:b/>
          <w:sz w:val="24"/>
          <w:szCs w:val="24"/>
        </w:rPr>
        <w:t>6</w:t>
      </w:r>
      <w:proofErr w:type="gramStart"/>
      <w:r w:rsidR="00042029">
        <w:rPr>
          <w:b/>
          <w:sz w:val="24"/>
          <w:szCs w:val="24"/>
        </w:rPr>
        <w:t>./</w:t>
      </w:r>
      <w:proofErr w:type="gramEnd"/>
      <w:r w:rsidR="00042029">
        <w:rPr>
          <w:b/>
          <w:sz w:val="24"/>
          <w:szCs w:val="24"/>
        </w:rPr>
        <w:t>2027.</w:t>
      </w:r>
      <w:r w:rsidR="003C72E9">
        <w:rPr>
          <w:b/>
          <w:sz w:val="24"/>
          <w:szCs w:val="24"/>
        </w:rPr>
        <w:t>;</w:t>
      </w:r>
    </w:p>
    <w:p w:rsidR="00565C50" w:rsidRDefault="00CB0C7E" w:rsidP="00C76CF8">
      <w:pPr>
        <w:keepLines/>
        <w:spacing w:after="30" w:line="240" w:lineRule="auto"/>
        <w:ind w:left="283" w:hanging="283"/>
        <w:jc w:val="both"/>
        <w:rPr>
          <w:b/>
          <w:sz w:val="24"/>
          <w:szCs w:val="24"/>
        </w:rPr>
      </w:pPr>
      <w:proofErr w:type="gramStart"/>
      <w:r w:rsidRPr="00CB0C7E">
        <w:rPr>
          <w:b/>
          <w:sz w:val="24"/>
          <w:szCs w:val="24"/>
        </w:rPr>
        <w:t>5.  Prijedlog Godišnjeg plana i progra</w:t>
      </w:r>
      <w:r w:rsidR="00042029">
        <w:rPr>
          <w:b/>
          <w:sz w:val="24"/>
          <w:szCs w:val="24"/>
        </w:rPr>
        <w:t>ma rada za šk.</w:t>
      </w:r>
      <w:proofErr w:type="gramEnd"/>
      <w:r w:rsidR="00042029">
        <w:rPr>
          <w:b/>
          <w:sz w:val="24"/>
          <w:szCs w:val="24"/>
        </w:rPr>
        <w:t xml:space="preserve"> </w:t>
      </w:r>
      <w:proofErr w:type="gramStart"/>
      <w:r w:rsidR="00042029">
        <w:rPr>
          <w:b/>
          <w:sz w:val="24"/>
          <w:szCs w:val="24"/>
        </w:rPr>
        <w:t>god</w:t>
      </w:r>
      <w:proofErr w:type="gramEnd"/>
      <w:r w:rsidR="00042029">
        <w:rPr>
          <w:b/>
          <w:sz w:val="24"/>
          <w:szCs w:val="24"/>
        </w:rPr>
        <w:t>. 2026</w:t>
      </w:r>
      <w:proofErr w:type="gramStart"/>
      <w:r w:rsidR="00042029">
        <w:rPr>
          <w:b/>
          <w:sz w:val="24"/>
          <w:szCs w:val="24"/>
        </w:rPr>
        <w:t>./</w:t>
      </w:r>
      <w:proofErr w:type="gramEnd"/>
      <w:r w:rsidR="00042029">
        <w:rPr>
          <w:b/>
          <w:sz w:val="24"/>
          <w:szCs w:val="24"/>
        </w:rPr>
        <w:t>2027.</w:t>
      </w:r>
      <w:r w:rsidR="003C72E9">
        <w:rPr>
          <w:b/>
          <w:sz w:val="24"/>
          <w:szCs w:val="24"/>
        </w:rPr>
        <w:t>;</w:t>
      </w:r>
    </w:p>
    <w:p w:rsidR="00042029" w:rsidRDefault="00072B98" w:rsidP="00042029">
      <w:pPr>
        <w:keepLines/>
        <w:spacing w:after="30" w:line="240" w:lineRule="auto"/>
        <w:ind w:left="283" w:hanging="283"/>
        <w:rPr>
          <w:b/>
          <w:sz w:val="24"/>
          <w:szCs w:val="24"/>
        </w:rPr>
      </w:pPr>
      <w:r>
        <w:rPr>
          <w:b/>
        </w:rPr>
        <w:t xml:space="preserve">6. </w:t>
      </w:r>
      <w:r w:rsidR="00042029">
        <w:rPr>
          <w:b/>
        </w:rPr>
        <w:t xml:space="preserve"> </w:t>
      </w:r>
      <w:proofErr w:type="spellStart"/>
      <w:r w:rsidR="00042029" w:rsidRPr="00931841">
        <w:rPr>
          <w:b/>
          <w:sz w:val="24"/>
          <w:szCs w:val="24"/>
        </w:rPr>
        <w:t>Donošenje</w:t>
      </w:r>
      <w:proofErr w:type="spellEnd"/>
      <w:r w:rsidR="00042029" w:rsidRPr="00931841">
        <w:rPr>
          <w:b/>
          <w:sz w:val="24"/>
          <w:szCs w:val="24"/>
        </w:rPr>
        <w:t xml:space="preserve"> </w:t>
      </w:r>
      <w:proofErr w:type="spellStart"/>
      <w:r w:rsidR="00042029" w:rsidRPr="00931841">
        <w:rPr>
          <w:b/>
          <w:sz w:val="24"/>
          <w:szCs w:val="24"/>
        </w:rPr>
        <w:t>Izmjena</w:t>
      </w:r>
      <w:proofErr w:type="spellEnd"/>
      <w:r w:rsidR="00042029" w:rsidRPr="00931841">
        <w:rPr>
          <w:b/>
          <w:sz w:val="24"/>
          <w:szCs w:val="24"/>
        </w:rPr>
        <w:t xml:space="preserve"> i </w:t>
      </w:r>
      <w:proofErr w:type="spellStart"/>
      <w:r w:rsidR="00042029" w:rsidRPr="00931841">
        <w:rPr>
          <w:b/>
          <w:sz w:val="24"/>
          <w:szCs w:val="24"/>
        </w:rPr>
        <w:t>dopuna</w:t>
      </w:r>
      <w:proofErr w:type="spellEnd"/>
      <w:r w:rsidR="00042029" w:rsidRPr="00931841">
        <w:rPr>
          <w:b/>
          <w:sz w:val="24"/>
          <w:szCs w:val="24"/>
        </w:rPr>
        <w:t xml:space="preserve"> </w:t>
      </w:r>
      <w:proofErr w:type="spellStart"/>
      <w:r w:rsidR="00042029" w:rsidRPr="00931841">
        <w:rPr>
          <w:b/>
          <w:sz w:val="24"/>
          <w:szCs w:val="24"/>
        </w:rPr>
        <w:t>Kućnog</w:t>
      </w:r>
      <w:proofErr w:type="spellEnd"/>
      <w:r w:rsidR="00042029" w:rsidRPr="00931841">
        <w:rPr>
          <w:b/>
          <w:sz w:val="24"/>
          <w:szCs w:val="24"/>
        </w:rPr>
        <w:t xml:space="preserve"> </w:t>
      </w:r>
      <w:proofErr w:type="spellStart"/>
      <w:r w:rsidR="00042029" w:rsidRPr="00931841">
        <w:rPr>
          <w:b/>
          <w:sz w:val="24"/>
          <w:szCs w:val="24"/>
        </w:rPr>
        <w:t>reda</w:t>
      </w:r>
      <w:proofErr w:type="spellEnd"/>
      <w:r w:rsidR="00042029" w:rsidRPr="00931841">
        <w:rPr>
          <w:b/>
          <w:sz w:val="24"/>
          <w:szCs w:val="24"/>
        </w:rPr>
        <w:t xml:space="preserve"> OŠ Voštarnica-Zadar</w:t>
      </w:r>
      <w:r w:rsidR="003C72E9">
        <w:rPr>
          <w:b/>
          <w:sz w:val="24"/>
          <w:szCs w:val="24"/>
        </w:rPr>
        <w:t>;</w:t>
      </w:r>
    </w:p>
    <w:p w:rsidR="00D44852" w:rsidRPr="00644BD1" w:rsidRDefault="001D5711" w:rsidP="00C76CF8">
      <w:pPr>
        <w:keepLines/>
        <w:spacing w:after="30" w:line="240" w:lineRule="auto"/>
        <w:ind w:left="283" w:hanging="283"/>
        <w:jc w:val="both"/>
        <w:rPr>
          <w:b/>
          <w:sz w:val="24"/>
          <w:szCs w:val="24"/>
        </w:rPr>
      </w:pPr>
      <w:r>
        <w:rPr>
          <w:b/>
        </w:rPr>
        <w:t>7.</w:t>
      </w:r>
      <w:r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Donošenje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odluke</w:t>
      </w:r>
      <w:proofErr w:type="spellEnd"/>
      <w:r w:rsidRPr="00644BD1">
        <w:rPr>
          <w:b/>
          <w:sz w:val="24"/>
          <w:szCs w:val="24"/>
        </w:rPr>
        <w:t xml:space="preserve"> o </w:t>
      </w:r>
      <w:proofErr w:type="spellStart"/>
      <w:r w:rsidRPr="00644BD1">
        <w:rPr>
          <w:b/>
          <w:sz w:val="24"/>
          <w:szCs w:val="24"/>
        </w:rPr>
        <w:t>podnošenju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prijedloga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za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dodjelu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Grba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Grada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Zadra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za</w:t>
      </w:r>
      <w:proofErr w:type="spellEnd"/>
      <w:r w:rsidRPr="00644BD1">
        <w:rPr>
          <w:b/>
          <w:sz w:val="24"/>
          <w:szCs w:val="24"/>
        </w:rPr>
        <w:t xml:space="preserve"> 2026. </w:t>
      </w:r>
      <w:proofErr w:type="spellStart"/>
      <w:proofErr w:type="gramStart"/>
      <w:r w:rsidRPr="00644BD1">
        <w:rPr>
          <w:b/>
          <w:sz w:val="24"/>
          <w:szCs w:val="24"/>
        </w:rPr>
        <w:t>godinu</w:t>
      </w:r>
      <w:proofErr w:type="spellEnd"/>
      <w:proofErr w:type="gram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ravnateljici</w:t>
      </w:r>
      <w:proofErr w:type="spellEnd"/>
      <w:r w:rsidRPr="00644BD1">
        <w:rPr>
          <w:b/>
          <w:sz w:val="24"/>
          <w:szCs w:val="24"/>
        </w:rPr>
        <w:t xml:space="preserve"> OŠ Voštarnica-Zadar </w:t>
      </w:r>
      <w:proofErr w:type="spellStart"/>
      <w:r w:rsidRPr="00644BD1">
        <w:rPr>
          <w:b/>
          <w:sz w:val="24"/>
          <w:szCs w:val="24"/>
        </w:rPr>
        <w:t>Ireni</w:t>
      </w:r>
      <w:proofErr w:type="spellEnd"/>
      <w:r w:rsidRPr="00644BD1">
        <w:rPr>
          <w:b/>
          <w:sz w:val="24"/>
          <w:szCs w:val="24"/>
        </w:rPr>
        <w:t xml:space="preserve"> </w:t>
      </w:r>
      <w:proofErr w:type="spellStart"/>
      <w:r w:rsidRPr="00644BD1">
        <w:rPr>
          <w:b/>
          <w:sz w:val="24"/>
          <w:szCs w:val="24"/>
        </w:rPr>
        <w:t>Dukić</w:t>
      </w:r>
      <w:proofErr w:type="spellEnd"/>
      <w:r w:rsidR="003C72E9">
        <w:rPr>
          <w:b/>
          <w:sz w:val="24"/>
          <w:szCs w:val="24"/>
        </w:rPr>
        <w:t>;</w:t>
      </w:r>
      <w:r w:rsidR="00EC364D" w:rsidRPr="00644BD1">
        <w:rPr>
          <w:b/>
          <w:sz w:val="24"/>
          <w:szCs w:val="24"/>
        </w:rPr>
        <w:t xml:space="preserve"> </w:t>
      </w:r>
    </w:p>
    <w:p w:rsidR="00565C50" w:rsidRPr="002A7015" w:rsidRDefault="00EC364D" w:rsidP="00C76CF8">
      <w:pPr>
        <w:spacing w:after="0" w:line="240" w:lineRule="auto"/>
        <w:rPr>
          <w:bCs/>
          <w:sz w:val="24"/>
          <w:szCs w:val="24"/>
        </w:rPr>
      </w:pPr>
      <w:r>
        <w:rPr>
          <w:b/>
        </w:rPr>
        <w:t>8</w:t>
      </w:r>
      <w:r w:rsidR="00076E56">
        <w:rPr>
          <w:b/>
          <w:sz w:val="24"/>
          <w:szCs w:val="24"/>
        </w:rPr>
        <w:t xml:space="preserve">.  </w:t>
      </w:r>
      <w:proofErr w:type="spellStart"/>
      <w:r w:rsidR="00C634CC" w:rsidRPr="003C72E9">
        <w:rPr>
          <w:b/>
          <w:sz w:val="24"/>
          <w:szCs w:val="24"/>
        </w:rPr>
        <w:t>Davanje</w:t>
      </w:r>
      <w:proofErr w:type="spellEnd"/>
      <w:r w:rsidR="00C634CC" w:rsidRPr="003C72E9">
        <w:rPr>
          <w:b/>
          <w:sz w:val="24"/>
          <w:szCs w:val="24"/>
        </w:rPr>
        <w:t xml:space="preserve"> </w:t>
      </w:r>
      <w:proofErr w:type="spellStart"/>
      <w:r w:rsidR="00C634CC" w:rsidRPr="003C72E9">
        <w:rPr>
          <w:b/>
          <w:sz w:val="24"/>
          <w:szCs w:val="24"/>
        </w:rPr>
        <w:t>suglasnosti</w:t>
      </w:r>
      <w:proofErr w:type="spellEnd"/>
      <w:r w:rsidR="00C634CC" w:rsidRPr="003C72E9">
        <w:rPr>
          <w:b/>
          <w:sz w:val="24"/>
          <w:szCs w:val="24"/>
        </w:rPr>
        <w:t xml:space="preserve"> </w:t>
      </w:r>
      <w:proofErr w:type="spellStart"/>
      <w:r w:rsidR="00C634CC" w:rsidRPr="003C72E9">
        <w:rPr>
          <w:b/>
          <w:sz w:val="24"/>
          <w:szCs w:val="24"/>
        </w:rPr>
        <w:t>ravnateljici</w:t>
      </w:r>
      <w:proofErr w:type="spellEnd"/>
      <w:r w:rsidR="00C634CC" w:rsidRPr="003C72E9">
        <w:rPr>
          <w:b/>
          <w:sz w:val="24"/>
          <w:szCs w:val="24"/>
        </w:rPr>
        <w:t xml:space="preserve"> </w:t>
      </w:r>
      <w:proofErr w:type="spellStart"/>
      <w:r w:rsidR="00C634CC" w:rsidRPr="003C72E9">
        <w:rPr>
          <w:b/>
          <w:sz w:val="24"/>
          <w:szCs w:val="24"/>
        </w:rPr>
        <w:t>za</w:t>
      </w:r>
      <w:proofErr w:type="spellEnd"/>
      <w:r w:rsidR="00C634CC" w:rsidRPr="003C72E9">
        <w:rPr>
          <w:b/>
          <w:sz w:val="24"/>
          <w:szCs w:val="24"/>
        </w:rPr>
        <w:t xml:space="preserve"> </w:t>
      </w:r>
      <w:proofErr w:type="spellStart"/>
      <w:r w:rsidR="00C634CC" w:rsidRPr="003C72E9">
        <w:rPr>
          <w:b/>
          <w:sz w:val="24"/>
          <w:szCs w:val="24"/>
        </w:rPr>
        <w:t>sporazum</w:t>
      </w:r>
      <w:proofErr w:type="spellEnd"/>
      <w:r w:rsidR="00C634CC" w:rsidRPr="003C72E9">
        <w:rPr>
          <w:b/>
          <w:sz w:val="24"/>
          <w:szCs w:val="24"/>
        </w:rPr>
        <w:t xml:space="preserve"> o </w:t>
      </w:r>
      <w:proofErr w:type="spellStart"/>
      <w:r w:rsidR="00C634CC" w:rsidRPr="003C72E9">
        <w:rPr>
          <w:b/>
          <w:sz w:val="24"/>
          <w:szCs w:val="24"/>
        </w:rPr>
        <w:t>prestank</w:t>
      </w:r>
      <w:r w:rsidR="002A7015" w:rsidRPr="003C72E9">
        <w:rPr>
          <w:b/>
          <w:sz w:val="24"/>
          <w:szCs w:val="24"/>
        </w:rPr>
        <w:t>u</w:t>
      </w:r>
      <w:proofErr w:type="spellEnd"/>
      <w:r w:rsidR="002A7015" w:rsidRPr="003C72E9">
        <w:rPr>
          <w:b/>
          <w:sz w:val="24"/>
          <w:szCs w:val="24"/>
        </w:rPr>
        <w:t xml:space="preserve"> </w:t>
      </w:r>
      <w:proofErr w:type="spellStart"/>
      <w:r w:rsidR="002A7015" w:rsidRPr="003C72E9">
        <w:rPr>
          <w:b/>
          <w:sz w:val="24"/>
          <w:szCs w:val="24"/>
        </w:rPr>
        <w:t>ugovora</w:t>
      </w:r>
      <w:proofErr w:type="spellEnd"/>
      <w:r w:rsidR="002A7015" w:rsidRPr="003C72E9">
        <w:rPr>
          <w:b/>
          <w:sz w:val="24"/>
          <w:szCs w:val="24"/>
        </w:rPr>
        <w:t xml:space="preserve"> o </w:t>
      </w:r>
      <w:proofErr w:type="spellStart"/>
      <w:r w:rsidR="002A7015" w:rsidRPr="003C72E9">
        <w:rPr>
          <w:b/>
          <w:sz w:val="24"/>
          <w:szCs w:val="24"/>
        </w:rPr>
        <w:t>radu</w:t>
      </w:r>
      <w:proofErr w:type="spellEnd"/>
      <w:r w:rsidR="002A7015" w:rsidRPr="003C72E9">
        <w:rPr>
          <w:b/>
          <w:sz w:val="24"/>
          <w:szCs w:val="24"/>
        </w:rPr>
        <w:t>/</w:t>
      </w:r>
      <w:proofErr w:type="spellStart"/>
      <w:r w:rsidR="002A7015" w:rsidRPr="003C72E9">
        <w:rPr>
          <w:b/>
          <w:sz w:val="24"/>
          <w:szCs w:val="24"/>
        </w:rPr>
        <w:t>radnog</w:t>
      </w:r>
      <w:proofErr w:type="spellEnd"/>
      <w:r w:rsidR="002A7015" w:rsidRPr="003C72E9">
        <w:rPr>
          <w:b/>
          <w:sz w:val="24"/>
          <w:szCs w:val="24"/>
        </w:rPr>
        <w:t xml:space="preserve"> </w:t>
      </w:r>
      <w:proofErr w:type="spellStart"/>
      <w:r w:rsidR="002A7015" w:rsidRPr="003C72E9">
        <w:rPr>
          <w:b/>
          <w:sz w:val="24"/>
          <w:szCs w:val="24"/>
        </w:rPr>
        <w:t>odnosa</w:t>
      </w:r>
      <w:proofErr w:type="spellEnd"/>
      <w:r w:rsidR="003C72E9" w:rsidRPr="003C72E9">
        <w:rPr>
          <w:b/>
          <w:sz w:val="24"/>
          <w:szCs w:val="24"/>
        </w:rPr>
        <w:t>;</w:t>
      </w:r>
    </w:p>
    <w:p w:rsidR="00D44852" w:rsidRPr="002A7015" w:rsidRDefault="00D44852" w:rsidP="00042029">
      <w:pPr>
        <w:keepLines/>
        <w:spacing w:after="30" w:line="240" w:lineRule="auto"/>
        <w:ind w:left="283" w:hanging="283"/>
        <w:rPr>
          <w:b/>
          <w:sz w:val="24"/>
          <w:szCs w:val="24"/>
        </w:rPr>
      </w:pPr>
      <w:r w:rsidRPr="002A7015">
        <w:rPr>
          <w:b/>
          <w:sz w:val="24"/>
          <w:szCs w:val="24"/>
        </w:rPr>
        <w:t xml:space="preserve">9.  </w:t>
      </w:r>
      <w:proofErr w:type="spellStart"/>
      <w:r w:rsidRPr="002A7015">
        <w:rPr>
          <w:b/>
          <w:sz w:val="24"/>
          <w:szCs w:val="24"/>
        </w:rPr>
        <w:t>Razno</w:t>
      </w:r>
      <w:proofErr w:type="spellEnd"/>
      <w:r w:rsidR="003C72E9">
        <w:rPr>
          <w:b/>
          <w:sz w:val="24"/>
          <w:szCs w:val="24"/>
        </w:rPr>
        <w:t>.</w:t>
      </w:r>
    </w:p>
    <w:p w:rsidR="00076E56" w:rsidRPr="00042029" w:rsidRDefault="00076E56" w:rsidP="00D44852">
      <w:pPr>
        <w:keepLines/>
        <w:spacing w:after="30" w:line="240" w:lineRule="auto"/>
        <w:rPr>
          <w:b/>
          <w:highlight w:val="yellow"/>
        </w:rPr>
      </w:pPr>
    </w:p>
    <w:p w:rsidR="00565C50" w:rsidRPr="00CB0C7E" w:rsidRDefault="00CB0C7E">
      <w:pPr>
        <w:keepLines/>
        <w:spacing w:before="200" w:after="160"/>
        <w:rPr>
          <w:sz w:val="24"/>
          <w:szCs w:val="24"/>
        </w:rPr>
      </w:pPr>
      <w:r w:rsidRPr="00CB0C7E">
        <w:rPr>
          <w:sz w:val="24"/>
          <w:szCs w:val="24"/>
        </w:rPr>
        <w:t xml:space="preserve">Molim da </w:t>
      </w:r>
      <w:proofErr w:type="spellStart"/>
      <w:r w:rsidRPr="00CB0C7E">
        <w:rPr>
          <w:sz w:val="24"/>
          <w:szCs w:val="24"/>
        </w:rPr>
        <w:t>eventualnu</w:t>
      </w:r>
      <w:proofErr w:type="spellEnd"/>
      <w:r w:rsidRPr="00CB0C7E">
        <w:rPr>
          <w:sz w:val="24"/>
          <w:szCs w:val="24"/>
        </w:rPr>
        <w:t xml:space="preserve"> </w:t>
      </w:r>
      <w:proofErr w:type="spellStart"/>
      <w:r w:rsidRPr="00CB0C7E">
        <w:rPr>
          <w:sz w:val="24"/>
          <w:szCs w:val="24"/>
        </w:rPr>
        <w:t>spriječenost</w:t>
      </w:r>
      <w:proofErr w:type="spellEnd"/>
      <w:r w:rsidRPr="00CB0C7E">
        <w:rPr>
          <w:sz w:val="24"/>
          <w:szCs w:val="24"/>
        </w:rPr>
        <w:t xml:space="preserve"> </w:t>
      </w:r>
      <w:proofErr w:type="spellStart"/>
      <w:r w:rsidRPr="00CB0C7E">
        <w:rPr>
          <w:sz w:val="24"/>
          <w:szCs w:val="24"/>
        </w:rPr>
        <w:t>opravdate</w:t>
      </w:r>
      <w:proofErr w:type="spellEnd"/>
      <w:r w:rsidRPr="00CB0C7E">
        <w:rPr>
          <w:sz w:val="24"/>
          <w:szCs w:val="24"/>
        </w:rPr>
        <w:t xml:space="preserve"> </w:t>
      </w:r>
      <w:proofErr w:type="gramStart"/>
      <w:r w:rsidRPr="00CB0C7E">
        <w:rPr>
          <w:sz w:val="24"/>
          <w:szCs w:val="24"/>
        </w:rPr>
        <w:t>na</w:t>
      </w:r>
      <w:proofErr w:type="gramEnd"/>
      <w:r w:rsidRPr="00CB0C7E">
        <w:rPr>
          <w:sz w:val="24"/>
          <w:szCs w:val="24"/>
        </w:rPr>
        <w:t xml:space="preserve"> </w:t>
      </w:r>
      <w:proofErr w:type="spellStart"/>
      <w:r w:rsidRPr="00CB0C7E">
        <w:rPr>
          <w:sz w:val="24"/>
          <w:szCs w:val="24"/>
        </w:rPr>
        <w:t>tel</w:t>
      </w:r>
      <w:proofErr w:type="spellEnd"/>
      <w:r w:rsidRPr="00CB0C7E">
        <w:rPr>
          <w:sz w:val="24"/>
          <w:szCs w:val="24"/>
        </w:rPr>
        <w:t>: 023/33</w:t>
      </w:r>
      <w:bookmarkStart w:id="0" w:name="_GoBack"/>
      <w:bookmarkEnd w:id="0"/>
      <w:r w:rsidRPr="00CB0C7E">
        <w:rPr>
          <w:sz w:val="24"/>
          <w:szCs w:val="24"/>
        </w:rPr>
        <w:t xml:space="preserve">3-945 </w:t>
      </w:r>
      <w:proofErr w:type="spellStart"/>
      <w:r w:rsidRPr="00CB0C7E">
        <w:rPr>
          <w:sz w:val="24"/>
          <w:szCs w:val="24"/>
        </w:rPr>
        <w:t>ili</w:t>
      </w:r>
      <w:proofErr w:type="spellEnd"/>
      <w:r w:rsidRPr="00CB0C7E">
        <w:rPr>
          <w:sz w:val="24"/>
          <w:szCs w:val="24"/>
        </w:rPr>
        <w:t xml:space="preserve"> 023/337-048.</w:t>
      </w:r>
    </w:p>
    <w:p w:rsidR="00B3748B" w:rsidRDefault="00B3748B">
      <w:pPr>
        <w:keepLines/>
        <w:spacing w:after="160"/>
        <w:rPr>
          <w:sz w:val="24"/>
          <w:szCs w:val="24"/>
        </w:rPr>
      </w:pPr>
    </w:p>
    <w:p w:rsidR="00565C50" w:rsidRPr="00CB0C7E" w:rsidRDefault="00CB0C7E">
      <w:pPr>
        <w:keepLines/>
        <w:spacing w:after="160"/>
        <w:rPr>
          <w:sz w:val="24"/>
          <w:szCs w:val="24"/>
        </w:rPr>
      </w:pPr>
      <w:r w:rsidRPr="00CB0C7E">
        <w:rPr>
          <w:sz w:val="24"/>
          <w:szCs w:val="24"/>
        </w:rPr>
        <w:t xml:space="preserve">S </w:t>
      </w:r>
      <w:proofErr w:type="spellStart"/>
      <w:r w:rsidRPr="00CB0C7E">
        <w:rPr>
          <w:sz w:val="24"/>
          <w:szCs w:val="24"/>
        </w:rPr>
        <w:t>poštovanjem</w:t>
      </w:r>
      <w:proofErr w:type="spellEnd"/>
      <w:r w:rsidRPr="00CB0C7E">
        <w:rPr>
          <w:sz w:val="24"/>
          <w:szCs w:val="24"/>
        </w:rPr>
        <w:t>,</w:t>
      </w:r>
    </w:p>
    <w:p w:rsidR="00565C50" w:rsidRPr="00CB0C7E" w:rsidRDefault="00CB0C7E">
      <w:pPr>
        <w:keepLines/>
        <w:spacing w:after="0"/>
        <w:jc w:val="right"/>
        <w:rPr>
          <w:sz w:val="24"/>
          <w:szCs w:val="24"/>
        </w:rPr>
      </w:pPr>
      <w:r w:rsidRPr="00CB0C7E">
        <w:rPr>
          <w:sz w:val="24"/>
          <w:szCs w:val="24"/>
        </w:rPr>
        <w:t>Predsjednik Školskog odbora:</w:t>
      </w:r>
    </w:p>
    <w:p w:rsidR="00565C50" w:rsidRPr="00CB0C7E" w:rsidRDefault="00CB0C7E">
      <w:pPr>
        <w:keepLines/>
        <w:spacing w:before="40" w:after="160"/>
        <w:jc w:val="right"/>
        <w:rPr>
          <w:sz w:val="24"/>
          <w:szCs w:val="24"/>
        </w:rPr>
      </w:pPr>
      <w:proofErr w:type="gramStart"/>
      <w:r w:rsidRPr="00CB0C7E">
        <w:rPr>
          <w:sz w:val="24"/>
          <w:szCs w:val="24"/>
        </w:rPr>
        <w:t>________________</w:t>
      </w:r>
      <w:r w:rsidR="0036170A">
        <w:rPr>
          <w:sz w:val="24"/>
          <w:szCs w:val="24"/>
        </w:rPr>
        <w:t>____________</w:t>
      </w:r>
      <w:r w:rsidR="0036170A">
        <w:rPr>
          <w:sz w:val="24"/>
          <w:szCs w:val="24"/>
        </w:rPr>
        <w:br/>
        <w:t xml:space="preserve">Petra </w:t>
      </w:r>
      <w:proofErr w:type="spellStart"/>
      <w:r w:rsidR="0036170A">
        <w:rPr>
          <w:sz w:val="24"/>
          <w:szCs w:val="24"/>
        </w:rPr>
        <w:t>Agičić</w:t>
      </w:r>
      <w:proofErr w:type="spellEnd"/>
      <w:r w:rsidR="0036170A">
        <w:rPr>
          <w:sz w:val="24"/>
          <w:szCs w:val="24"/>
        </w:rPr>
        <w:t xml:space="preserve">, </w:t>
      </w:r>
      <w:proofErr w:type="spellStart"/>
      <w:r w:rsidR="0036170A">
        <w:rPr>
          <w:sz w:val="24"/>
          <w:szCs w:val="24"/>
        </w:rPr>
        <w:t>mag.</w:t>
      </w:r>
      <w:r w:rsidR="00D44852">
        <w:rPr>
          <w:sz w:val="24"/>
          <w:szCs w:val="24"/>
        </w:rPr>
        <w:t>rehab.educ</w:t>
      </w:r>
      <w:proofErr w:type="spellEnd"/>
      <w:r w:rsidR="00D44852">
        <w:rPr>
          <w:sz w:val="24"/>
          <w:szCs w:val="24"/>
        </w:rPr>
        <w:t>.</w:t>
      </w:r>
      <w:proofErr w:type="gramEnd"/>
    </w:p>
    <w:p w:rsidR="00565C50" w:rsidRPr="00CB0C7E" w:rsidRDefault="00CB0C7E">
      <w:pPr>
        <w:keepLines/>
        <w:spacing w:before="40" w:after="60"/>
        <w:rPr>
          <w:sz w:val="24"/>
          <w:szCs w:val="24"/>
        </w:rPr>
      </w:pPr>
      <w:r w:rsidRPr="00CB0C7E">
        <w:rPr>
          <w:b/>
          <w:sz w:val="24"/>
          <w:szCs w:val="24"/>
        </w:rPr>
        <w:t>DOSTAVITI:</w:t>
      </w:r>
    </w:p>
    <w:p w:rsidR="00565C50" w:rsidRPr="00CB0C7E" w:rsidRDefault="00CB0C7E">
      <w:pPr>
        <w:keepLines/>
        <w:spacing w:after="0" w:line="240" w:lineRule="auto"/>
        <w:ind w:left="255" w:hanging="142"/>
        <w:rPr>
          <w:sz w:val="24"/>
          <w:szCs w:val="24"/>
        </w:rPr>
      </w:pPr>
      <w:r w:rsidRPr="00CB0C7E">
        <w:rPr>
          <w:sz w:val="24"/>
          <w:szCs w:val="24"/>
        </w:rPr>
        <w:t>1.  Petra Agičić, petra.lovrekovic@gmail.com</w:t>
      </w:r>
    </w:p>
    <w:p w:rsidR="00565C50" w:rsidRPr="00CB0C7E" w:rsidRDefault="00CB0C7E">
      <w:pPr>
        <w:keepLines/>
        <w:spacing w:after="0" w:line="240" w:lineRule="auto"/>
        <w:ind w:left="255" w:hanging="142"/>
        <w:rPr>
          <w:sz w:val="24"/>
          <w:szCs w:val="24"/>
        </w:rPr>
      </w:pPr>
      <w:r w:rsidRPr="00CB0C7E">
        <w:rPr>
          <w:sz w:val="24"/>
          <w:szCs w:val="24"/>
        </w:rPr>
        <w:lastRenderedPageBreak/>
        <w:t>2.  Daria Švorinić, dariasvorinic@gmail.com</w:t>
      </w:r>
    </w:p>
    <w:p w:rsidR="00565C50" w:rsidRPr="00CB0C7E" w:rsidRDefault="00CB0C7E">
      <w:pPr>
        <w:keepLines/>
        <w:spacing w:after="0" w:line="240" w:lineRule="auto"/>
        <w:ind w:left="255" w:hanging="142"/>
        <w:rPr>
          <w:sz w:val="24"/>
          <w:szCs w:val="24"/>
        </w:rPr>
      </w:pPr>
      <w:r w:rsidRPr="00CB0C7E">
        <w:rPr>
          <w:sz w:val="24"/>
          <w:szCs w:val="24"/>
        </w:rPr>
        <w:t>3.  Marijana Mišulić, marijanamisulic@gmail.com</w:t>
      </w:r>
    </w:p>
    <w:p w:rsidR="00565C50" w:rsidRPr="00CB0C7E" w:rsidRDefault="00CB0C7E">
      <w:pPr>
        <w:keepLines/>
        <w:spacing w:after="0" w:line="240" w:lineRule="auto"/>
        <w:ind w:left="255" w:hanging="142"/>
        <w:rPr>
          <w:sz w:val="24"/>
          <w:szCs w:val="24"/>
        </w:rPr>
      </w:pPr>
      <w:r w:rsidRPr="00CB0C7E">
        <w:rPr>
          <w:sz w:val="24"/>
          <w:szCs w:val="24"/>
        </w:rPr>
        <w:t>4.  Ana Kardum, anakardum77@gmail.com</w:t>
      </w:r>
    </w:p>
    <w:p w:rsidR="00565C50" w:rsidRPr="00CB0C7E" w:rsidRDefault="00CB0C7E">
      <w:pPr>
        <w:keepLines/>
        <w:spacing w:after="0" w:line="240" w:lineRule="auto"/>
        <w:ind w:left="255" w:hanging="142"/>
        <w:rPr>
          <w:sz w:val="24"/>
          <w:szCs w:val="24"/>
        </w:rPr>
      </w:pPr>
      <w:r w:rsidRPr="00CB0C7E">
        <w:rPr>
          <w:sz w:val="24"/>
          <w:szCs w:val="24"/>
        </w:rPr>
        <w:t>5.  Matilda Karamatić Brčić, mkarama@unizd.hr</w:t>
      </w:r>
    </w:p>
    <w:p w:rsidR="00565C50" w:rsidRPr="00CB0C7E" w:rsidRDefault="00CB0C7E">
      <w:pPr>
        <w:keepLines/>
        <w:spacing w:after="0" w:line="240" w:lineRule="auto"/>
        <w:ind w:left="255" w:hanging="142"/>
        <w:rPr>
          <w:sz w:val="24"/>
          <w:szCs w:val="24"/>
        </w:rPr>
      </w:pPr>
      <w:r w:rsidRPr="00CB0C7E">
        <w:rPr>
          <w:sz w:val="24"/>
          <w:szCs w:val="24"/>
        </w:rPr>
        <w:t>6.  Iva Obradović, ivyobradovich@gmail.com</w:t>
      </w:r>
    </w:p>
    <w:p w:rsidR="00565C50" w:rsidRPr="00CB0C7E" w:rsidRDefault="00CB0C7E">
      <w:pPr>
        <w:keepLines/>
        <w:spacing w:after="0" w:line="240" w:lineRule="auto"/>
        <w:ind w:left="255" w:hanging="142"/>
        <w:rPr>
          <w:sz w:val="24"/>
          <w:szCs w:val="24"/>
        </w:rPr>
      </w:pPr>
      <w:r w:rsidRPr="00CB0C7E">
        <w:rPr>
          <w:sz w:val="24"/>
          <w:szCs w:val="24"/>
        </w:rPr>
        <w:t>7.  Marina Šarlija Miočić, sarlijam@gmail.com</w:t>
      </w:r>
    </w:p>
    <w:sectPr w:rsidR="00565C50" w:rsidRPr="00CB0C7E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82F57A4"/>
    <w:multiLevelType w:val="hybridMultilevel"/>
    <w:tmpl w:val="CF86026E"/>
    <w:lvl w:ilvl="0" w:tplc="D3C003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2029"/>
    <w:rsid w:val="0006063C"/>
    <w:rsid w:val="00072B98"/>
    <w:rsid w:val="00076E56"/>
    <w:rsid w:val="00110DBA"/>
    <w:rsid w:val="0015074B"/>
    <w:rsid w:val="001D5711"/>
    <w:rsid w:val="00235412"/>
    <w:rsid w:val="0029639D"/>
    <w:rsid w:val="002A7015"/>
    <w:rsid w:val="00326F90"/>
    <w:rsid w:val="003545CD"/>
    <w:rsid w:val="0036170A"/>
    <w:rsid w:val="00390791"/>
    <w:rsid w:val="003C72E9"/>
    <w:rsid w:val="003F7813"/>
    <w:rsid w:val="00462F05"/>
    <w:rsid w:val="00565C50"/>
    <w:rsid w:val="005F36EE"/>
    <w:rsid w:val="00644BD1"/>
    <w:rsid w:val="009052F7"/>
    <w:rsid w:val="00931841"/>
    <w:rsid w:val="00A5307F"/>
    <w:rsid w:val="00A5547F"/>
    <w:rsid w:val="00A80566"/>
    <w:rsid w:val="00AA1D8D"/>
    <w:rsid w:val="00B3748B"/>
    <w:rsid w:val="00B47730"/>
    <w:rsid w:val="00BF6003"/>
    <w:rsid w:val="00C634CC"/>
    <w:rsid w:val="00C76CF8"/>
    <w:rsid w:val="00C87796"/>
    <w:rsid w:val="00CB0664"/>
    <w:rsid w:val="00CB0C7E"/>
    <w:rsid w:val="00D44852"/>
    <w:rsid w:val="00DE07E4"/>
    <w:rsid w:val="00E55FEE"/>
    <w:rsid w:val="00EC36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35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45CD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35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45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214A8F-8AD7-453D-A0EB-46977EF44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Poziv za 10. sjednicu Školskog odbora</vt:lpstr>
      <vt:lpstr/>
    </vt:vector>
  </TitlesOfParts>
  <Company/>
  <LinksUpToDate>false</LinksUpToDate>
  <CharactersWithSpaces>1810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Poziv za 10. sjednicu Školskog odbora</dc:title>
  <dc:subject>OŠ Voštarnica-Zadar, 7. listopada 2026.</dc:subject>
  <dc:creator>python-docx</dc:creator>
  <dc:description>generated by python-docx</dc:description>
  <cp:lastModifiedBy>Korisnik</cp:lastModifiedBy>
  <cp:revision>15</cp:revision>
  <cp:lastPrinted>2026-10-01T14:46:00Z</cp:lastPrinted>
  <dcterms:created xsi:type="dcterms:W3CDTF">2026-10-02T07:53:00Z</dcterms:created>
  <dcterms:modified xsi:type="dcterms:W3CDTF">2026-10-02T10:07:00Z</dcterms:modified>
</cp:coreProperties>
</file>